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43656"/>
          <w:sz w:val="44"/>
        </w:rPr>
        <w:t>NNaji Akachukwu Samuel</w:t>
      </w:r>
    </w:p>
    <w:p>
      <w:pPr>
        <w:jc w:val="center"/>
      </w:pPr>
      <w:r>
        <w:rPr>
          <w:b/>
          <w:color w:val="007D87"/>
          <w:sz w:val="18"/>
        </w:rPr>
        <w:t>REMOTE CUSTOMER SUPPORT | CHAT MODERATION | AI DATA TASKS</w:t>
      </w:r>
    </w:p>
    <w:p>
      <w:pPr>
        <w:spacing w:after="160"/>
        <w:jc w:val="center"/>
      </w:pPr>
      <w:r>
        <w:t>sammychukznnnaji@gmail.com  |  [Your phone number]  |  Nigeria</w:t>
      </w:r>
    </w:p>
    <w:p>
      <w:pPr>
        <w:spacing w:before="140" w:after="60"/>
      </w:pPr>
      <w:r>
        <w:rPr>
          <w:b/>
          <w:color w:val="143656"/>
          <w:sz w:val="20"/>
        </w:rPr>
        <w:t>PROFESSIONAL PROFILE</w:t>
      </w:r>
    </w:p>
    <w:p>
      <w:r>
        <w:t>Motivated pharmacy student seeking an entry-level remote opportunity in customer support, chat moderation, email support, or AI data-related work. Brings clear written communication, careful attention to detail, a willingness to learn, and a health-sciences background that supports accurate handling of health-related information. Comfortable working with digital tools and following instructions, procedures, and quality guidelines.</w:t>
      </w:r>
    </w:p>
    <w:p>
      <w:pPr>
        <w:spacing w:before="140" w:after="60"/>
      </w:pPr>
      <w:r>
        <w:rPr>
          <w:b/>
          <w:color w:val="143656"/>
          <w:sz w:val="20"/>
        </w:rPr>
        <w:t>KEY SKILLS</w:t>
      </w:r>
    </w:p>
    <w:p>
      <w:pPr>
        <w:pStyle w:val="ListBullet"/>
        <w:spacing w:after="0"/>
      </w:pPr>
      <w:r>
        <w:t>Written communication and professional messaging</w:t>
      </w:r>
    </w:p>
    <w:p>
      <w:pPr>
        <w:pStyle w:val="ListBullet"/>
        <w:spacing w:after="0"/>
      </w:pPr>
      <w:r>
        <w:t>Customer-focused communication and respectful responses</w:t>
      </w:r>
    </w:p>
    <w:p>
      <w:pPr>
        <w:pStyle w:val="ListBullet"/>
        <w:spacing w:after="0"/>
      </w:pPr>
      <w:r>
        <w:t>Attention to detail and following written instructions</w:t>
      </w:r>
    </w:p>
    <w:p>
      <w:pPr>
        <w:pStyle w:val="ListBullet"/>
        <w:spacing w:after="0"/>
      </w:pPr>
      <w:r>
        <w:t>Basic health and pharmaceutical knowledge</w:t>
      </w:r>
    </w:p>
    <w:p>
      <w:pPr>
        <w:pStyle w:val="ListBullet"/>
        <w:spacing w:after="0"/>
      </w:pPr>
      <w:r>
        <w:t>Online research and information review</w:t>
      </w:r>
    </w:p>
    <w:p>
      <w:pPr>
        <w:pStyle w:val="ListBullet"/>
        <w:spacing w:after="0"/>
      </w:pPr>
      <w:r>
        <w:t>Willingness to learn new software and remote-work processes</w:t>
      </w:r>
    </w:p>
    <w:p>
      <w:pPr>
        <w:pStyle w:val="ListBullet"/>
        <w:spacing w:after="0"/>
      </w:pPr>
      <w:r>
        <w:t>Time management, reliability, and independent task completion</w:t>
      </w:r>
    </w:p>
    <w:p>
      <w:pPr>
        <w:spacing w:before="140" w:after="60"/>
      </w:pPr>
      <w:r>
        <w:rPr>
          <w:b/>
          <w:color w:val="143656"/>
          <w:sz w:val="20"/>
        </w:rPr>
        <w:t>EDUCATION</w:t>
      </w:r>
    </w:p>
    <w:p>
      <w:pPr>
        <w:spacing w:after="20"/>
      </w:pPr>
      <w:r>
        <w:rPr>
          <w:b/>
        </w:rPr>
        <w:t>Maduka University — School of Pharmacy</w:t>
      </w:r>
      <w:r>
        <w:br/>
        <w:t>Pharmacy student, 400 Level | Nigeria</w:t>
      </w:r>
    </w:p>
    <w:p>
      <w:pPr>
        <w:spacing w:before="140" w:after="60"/>
      </w:pPr>
      <w:r>
        <w:rPr>
          <w:b/>
          <w:color w:val="143656"/>
          <w:sz w:val="20"/>
        </w:rPr>
        <w:t>RELEVANT PRACTICAL EXPERIENCE</w:t>
      </w:r>
    </w:p>
    <w:p>
      <w:pPr>
        <w:spacing w:after="20"/>
      </w:pPr>
      <w:r>
        <w:rPr>
          <w:b/>
        </w:rPr>
        <w:t>Community Pharmacy SIWES / Practical Training</w:t>
      </w:r>
      <w:r>
        <w:t xml:space="preserve"> — Student Trainee</w:t>
      </w:r>
    </w:p>
    <w:p>
      <w:pPr>
        <w:pStyle w:val="ListBullet"/>
        <w:spacing w:after="0"/>
      </w:pPr>
      <w:r>
        <w:t>Observed and assisted with routine pharmacy activities under appropriate supervision.</w:t>
      </w:r>
    </w:p>
    <w:p>
      <w:pPr>
        <w:pStyle w:val="ListBullet"/>
        <w:spacing w:after="0"/>
      </w:pPr>
      <w:r>
        <w:t>Developed familiarity with prescription abbreviations, dosage forms, common medicines, and patient-facing pharmacy workflows.</w:t>
      </w:r>
    </w:p>
    <w:p>
      <w:pPr>
        <w:pStyle w:val="ListBullet"/>
        <w:spacing w:after="0"/>
      </w:pPr>
      <w:r>
        <w:t>Practised careful handling of information and following instructions in a health-related setting.</w:t>
      </w:r>
    </w:p>
    <w:p>
      <w:pPr>
        <w:spacing w:before="140" w:after="60"/>
      </w:pPr>
      <w:r>
        <w:rPr>
          <w:b/>
          <w:color w:val="143656"/>
          <w:sz w:val="20"/>
        </w:rPr>
        <w:t>TARGET ROLES &amp; AVAILABILITY</w:t>
      </w:r>
    </w:p>
    <w:p>
      <w:pPr>
        <w:spacing w:after="40"/>
      </w:pPr>
      <w:r>
        <w:rPr>
          <w:b/>
        </w:rPr>
        <w:t xml:space="preserve">Remote-work interests: </w:t>
      </w:r>
      <w:r>
        <w:t>Customer support • Chat moderation • Email support • AI data annotation/evaluation • Health-content support</w:t>
      </w:r>
    </w:p>
    <w:p>
      <w:pPr>
        <w:spacing w:after="40"/>
      </w:pPr>
      <w:r>
        <w:rPr>
          <w:b/>
        </w:rPr>
        <w:t xml:space="preserve">Availability: </w:t>
      </w:r>
      <w:r>
        <w:t>Open to entry-level remote roles and training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