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OSIFOWORA JOHN TEMILAYO</w:t>
      </w:r>
    </w:p>
    <w:p>
      <w:pPr>
        <w:jc w:val="center"/>
      </w:pPr>
      <w:r>
        <w:rPr>
          <w:b/>
          <w:sz w:val="24"/>
        </w:rPr>
        <w:t>GRAPHIC DESIGNER</w:t>
      </w:r>
    </w:p>
    <w:p>
      <w:pPr>
        <w:jc w:val="center"/>
      </w:pPr>
      <w:r>
        <w:t>Lagos, Nigeria  |  09024532528  |  johnosifowora@gmail.com</w:t>
      </w:r>
    </w:p>
    <w:p>
      <w:pPr>
        <w:spacing w:before="140" w:after="60"/>
      </w:pPr>
      <w:r>
        <w:rPr>
          <w:b/>
          <w:sz w:val="24"/>
        </w:rPr>
        <w:t>PROFESSIONAL SUMMARY</w:t>
      </w:r>
    </w:p>
    <w:p>
      <w:r>
        <w:t>Creative and motivated Graphic Designer with practical experience in graphic design and digital projects. Experienced in creating visual designs and developing website-related projects using digital tools. Worked with PEPTO for one year and interested in building strong, professional visual identities for businesses and individuals. Currently studying Computer Science and developing skills across design, web development, AI tools, and digital technology.</w:t>
      </w:r>
    </w:p>
    <w:p>
      <w:pPr>
        <w:spacing w:before="140" w:after="60"/>
      </w:pPr>
      <w:r>
        <w:rPr>
          <w:b/>
          <w:sz w:val="24"/>
        </w:rPr>
        <w:t>CORE SKILLS</w:t>
      </w:r>
    </w:p>
    <w:p>
      <w:pPr>
        <w:pStyle w:val="ListBullet"/>
      </w:pPr>
      <w:r>
        <w:t>Graphic Design</w:t>
      </w:r>
    </w:p>
    <w:p>
      <w:pPr>
        <w:pStyle w:val="ListBullet"/>
      </w:pPr>
      <w:r>
        <w:t>Visual Content Creation</w:t>
      </w:r>
    </w:p>
    <w:p>
      <w:pPr>
        <w:pStyle w:val="ListBullet"/>
      </w:pPr>
      <w:r>
        <w:t>Branding and Creative Design</w:t>
      </w:r>
    </w:p>
    <w:p>
      <w:pPr>
        <w:pStyle w:val="ListBullet"/>
      </w:pPr>
      <w:r>
        <w:t>Website Design &amp; Development</w:t>
      </w:r>
    </w:p>
    <w:p>
      <w:pPr>
        <w:pStyle w:val="ListBullet"/>
      </w:pPr>
      <w:r>
        <w:t>Computer and Digital Technology</w:t>
      </w:r>
    </w:p>
    <w:p>
      <w:pPr>
        <w:pStyle w:val="ListBullet"/>
      </w:pPr>
      <w:r>
        <w:t>AI Tools and Prompt Writing</w:t>
      </w:r>
    </w:p>
    <w:p>
      <w:pPr>
        <w:pStyle w:val="ListBullet"/>
      </w:pPr>
      <w:r>
        <w:t>Creative Problem Solving</w:t>
      </w:r>
    </w:p>
    <w:p>
      <w:pPr>
        <w:spacing w:before="140" w:after="60"/>
      </w:pPr>
      <w:r>
        <w:rPr>
          <w:b/>
          <w:sz w:val="24"/>
        </w:rPr>
        <w:t>WORK EXPERIENCE</w:t>
      </w:r>
    </w:p>
    <w:p>
      <w:r>
        <w:rPr>
          <w:b/>
        </w:rPr>
        <w:t>PEPTO — Graphic Design / Creative Support</w:t>
      </w:r>
    </w:p>
    <w:p>
      <w:r>
        <w:t>Duration: 1 year</w:t>
      </w:r>
    </w:p>
    <w:p>
      <w:r>
        <w:t>• Created and supported graphic design materials for business and digital use.</w:t>
        <w:br/>
        <w:t>• Applied creative thinking to visual communication and branding tasks.</w:t>
        <w:br/>
        <w:t>• Worked with digital design tools to produce visual content.</w:t>
        <w:br/>
        <w:t>• Developed practical experience working within a business environment.</w:t>
      </w:r>
    </w:p>
    <w:p>
      <w:pPr>
        <w:spacing w:before="140" w:after="60"/>
      </w:pPr>
      <w:r>
        <w:rPr>
          <w:b/>
          <w:sz w:val="24"/>
        </w:rPr>
        <w:t>PROJECT EXPERIENCE</w:t>
      </w:r>
    </w:p>
    <w:p>
      <w:r>
        <w:t>• Created personal and business-oriented graphic design projects.</w:t>
        <w:br/>
        <w:t>• Created website projects and explored modern website-building tools.</w:t>
        <w:br/>
        <w:t>• Developed digital creative projects using AI-assisted tools and technologies.</w:t>
      </w:r>
    </w:p>
    <w:p>
      <w:pPr>
        <w:spacing w:before="140" w:after="60"/>
      </w:pPr>
      <w:r>
        <w:rPr>
          <w:b/>
          <w:sz w:val="24"/>
        </w:rPr>
        <w:t>EDUCATION</w:t>
      </w:r>
    </w:p>
    <w:p>
      <w:r>
        <w:rPr>
          <w:b/>
        </w:rPr>
        <w:t>Computer Science</w:t>
      </w:r>
    </w:p>
    <w:p>
      <w:r>
        <w:t>Course of study</w:t>
      </w:r>
    </w:p>
    <w:p>
      <w:pPr>
        <w:spacing w:before="140" w:after="60"/>
      </w:pPr>
      <w:r>
        <w:rPr>
          <w:b/>
          <w:sz w:val="24"/>
        </w:rPr>
        <w:t>CAREER OBJECTIVE</w:t>
      </w:r>
    </w:p>
    <w:p>
      <w:r>
        <w:t>To work as a Graphic Designer in a professional environment where I can apply my creativity, continue improving my technical and design skills, and contribute to high-quality visual and digital projects.</w:t>
      </w:r>
    </w:p>
    <w:p>
      <w:pPr>
        <w:spacing w:before="140" w:after="60"/>
      </w:pPr>
      <w:r>
        <w:rPr>
          <w:b/>
          <w:sz w:val="24"/>
        </w:rPr>
        <w:t>ADDITIONAL INFORMATION</w:t>
      </w:r>
    </w:p>
    <w:p>
      <w:r>
        <w:t>Location: Lagos, Nigeria</w:t>
        <w:br/>
        <w:t>Email: johnosifowora@gmail.com</w:t>
        <w:br/>
        <w:t>Phone: 09024532528</w:t>
      </w:r>
    </w:p>
    <w:p>
      <w:pPr>
        <w:spacing w:before="140" w:after="60"/>
      </w:pPr>
      <w:r>
        <w:rPr>
          <w:b/>
          <w:sz w:val="24"/>
        </w:rPr>
        <w:t>REFERENCES</w:t>
      </w:r>
    </w:p>
    <w:p>
      <w:r>
        <w:t>Available upon request.</w:t>
      </w:r>
    </w:p>
    <w:sectPr w:rsidR="00FC693F" w:rsidRPr="0006063C" w:rsidSect="00034616">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