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THAPELO FANE</w:t>
      </w:r>
    </w:p>
    <w:p>
      <w:pPr>
        <w:jc w:val="center"/>
      </w:pPr>
      <w:r>
        <w:rPr>
          <w:b/>
          <w:sz w:val="21"/>
        </w:rPr>
        <w:t>Entry-Level Remote Worker | Virtual Assistance | Digital Support</w:t>
      </w:r>
    </w:p>
    <w:p>
      <w:pPr>
        <w:jc w:val="center"/>
      </w:pPr>
      <w:r>
        <w:rPr>
          <w:sz w:val="18"/>
        </w:rPr>
        <w:t>Gaborone, Botswana  |  +267 731 23207  |  +267 752 07721  |  thapeloletsholo0@gmail.com</w:t>
      </w:r>
    </w:p>
    <w:p>
      <w:pPr>
        <w:spacing w:before="140" w:after="40"/>
      </w:pPr>
      <w:r>
        <w:rPr>
          <w:b/>
          <w:sz w:val="22"/>
        </w:rPr>
        <w:t>PROFESSIONAL PROFILE</w:t>
      </w:r>
    </w:p>
    <w:p>
      <w:pPr>
        <w:spacing w:after="80"/>
      </w:pPr>
      <w:r>
        <w:t>Motivated and reliable recent Form 5 graduate seeking an entry-level remote opportunity. I am interested in virtual assistance, data entry, online research, content writing, proofreading and social media support. I have strong written communication and organisational skills, am comfortable using a smartphone and internet-based tools, and am willing to learn new systems quickly. Although I have not held formal employment yet, I am dependable, attentive to detail and eager to gain professional experience.</w:t>
      </w:r>
    </w:p>
    <w:p>
      <w:pPr>
        <w:spacing w:before="140" w:after="40"/>
      </w:pPr>
      <w:r>
        <w:rPr>
          <w:b/>
          <w:sz w:val="22"/>
        </w:rPr>
        <w:t>EDUCATION</w:t>
      </w:r>
    </w:p>
    <w:p>
      <w:r>
        <w:rPr>
          <w:b/>
        </w:rPr>
        <w:t>Form 5 / Secondary School Education</w:t>
      </w:r>
      <w:r>
        <w:t xml:space="preserve"> | Botswana | Completed 2026</w:t>
      </w:r>
    </w:p>
    <w:p>
      <w:pPr>
        <w:spacing w:after="20"/>
        <w:ind w:left="216"/>
      </w:pPr>
      <w:r>
        <w:t>• Completed Form 5 studies and final examinations in 2026.</w:t>
      </w:r>
    </w:p>
    <w:p>
      <w:pPr>
        <w:spacing w:after="20"/>
        <w:ind w:left="216"/>
      </w:pPr>
      <w:r>
        <w:t>• Academic result: 31 points.</w:t>
      </w:r>
    </w:p>
    <w:p>
      <w:pPr>
        <w:spacing w:before="140" w:after="40"/>
      </w:pPr>
      <w:r>
        <w:rPr>
          <w:b/>
          <w:sz w:val="22"/>
        </w:rPr>
        <w:t>RELEVANT EXPERIENCE</w:t>
      </w:r>
    </w:p>
    <w:p>
      <w:pPr>
        <w:spacing w:after="80"/>
      </w:pPr>
      <w:r>
        <w:t>No formal employment experience yet. Currently seeking a first opportunity to build professional experience.</w:t>
      </w:r>
    </w:p>
    <w:p>
      <w:pPr>
        <w:spacing w:before="140" w:after="40"/>
      </w:pPr>
      <w:r>
        <w:rPr>
          <w:b/>
          <w:sz w:val="22"/>
        </w:rPr>
        <w:t>INFORMAL / PROJECT SUPPORT</w:t>
      </w:r>
    </w:p>
    <w:p>
      <w:r>
        <w:rPr>
          <w:b/>
        </w:rPr>
        <w:t>Support with a Friend's Project – The Knowledge Nexus (TKN)</w:t>
      </w:r>
      <w:r>
        <w:t xml:space="preserve"> | Botswana</w:t>
      </w:r>
    </w:p>
    <w:p>
      <w:pPr>
        <w:spacing w:after="20"/>
        <w:ind w:left="216"/>
      </w:pPr>
      <w:r>
        <w:t>• Assisted a friend with project-related written and promotional materials.</w:t>
      </w:r>
    </w:p>
    <w:p>
      <w:pPr>
        <w:spacing w:after="20"/>
        <w:ind w:left="216"/>
      </w:pPr>
      <w:r>
        <w:t>• Helped with information and content preparation when needed.</w:t>
      </w:r>
    </w:p>
    <w:p>
      <w:pPr>
        <w:spacing w:after="20"/>
        <w:ind w:left="216"/>
      </w:pPr>
      <w:r>
        <w:t>• This was informal assistance and was not formal employment or a paid position.</w:t>
      </w:r>
    </w:p>
    <w:p>
      <w:pPr>
        <w:spacing w:before="140" w:after="40"/>
      </w:pPr>
      <w:r>
        <w:rPr>
          <w:b/>
          <w:sz w:val="22"/>
        </w:rPr>
        <w:t>KEY SKILLS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9"/>
              </w:rPr>
              <w:t>• Written and verbal communication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9"/>
              </w:rPr>
              <w:t>• Data entry and document formatting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9"/>
              </w:rPr>
              <w:t>• Online research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9"/>
              </w:rPr>
              <w:t>• Proofreading and editing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9"/>
              </w:rPr>
              <w:t>• Content writing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9"/>
              </w:rPr>
              <w:t>• Social media support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9"/>
              </w:rPr>
              <w:t>• Canva and basic digital design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9"/>
              </w:rPr>
              <w:t>• Microsoft Office / Google Workspace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9"/>
              </w:rPr>
              <w:t>• Organisation and time management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9"/>
              </w:rPr>
              <w:t>• Attention to detail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9"/>
              </w:rPr>
              <w:t>• Fast learning and adaptability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9"/>
              </w:rPr>
              <w:t>• Remote communication and teamwork</w:t>
            </w:r>
          </w:p>
        </w:tc>
      </w:tr>
    </w:tbl>
    <w:p>
      <w:pPr>
        <w:spacing w:before="140" w:after="40"/>
      </w:pPr>
      <w:r>
        <w:rPr>
          <w:b/>
          <w:sz w:val="22"/>
        </w:rPr>
        <w:t>CAREER OBJECTIVE</w:t>
      </w:r>
    </w:p>
    <w:p>
      <w:r>
        <w:t>To obtain an entry-level remote or freelance position where I can apply my communication and digital skills, learn from experienced professionals and develop a strong foundation in the workplace.</w:t>
      </w:r>
    </w:p>
    <w:p>
      <w:pPr>
        <w:spacing w:before="140" w:after="40"/>
      </w:pPr>
      <w:r>
        <w:rPr>
          <w:b/>
          <w:sz w:val="22"/>
        </w:rPr>
        <w:t>REFERENCES</w:t>
      </w:r>
    </w:p>
    <w:p>
      <w:r>
        <w:t>No professional references available at this time.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