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CHRISTIAN UGOCHUKWU NWAIGBO</w:t>
      </w:r>
    </w:p>
    <w:p>
      <w:r>
        <w:t>Entry-Level Remote Professional | Data Entry | Content Writing | Virtual Assistance</w:t>
      </w:r>
    </w:p>
    <w:p>
      <w:r>
        <w:t>Email: peacedigital123@gmail.com</w:t>
      </w:r>
    </w:p>
    <w:p>
      <w:pPr>
        <w:pStyle w:val="Heading1"/>
      </w:pPr>
      <w:r>
        <w:t>PROFESSIONAL SUMMARY</w:t>
      </w:r>
    </w:p>
    <w:p>
      <w:r>
        <w:t>Motivated and dependable entry-level professional with strong written communication, attention to detail, willingness to learn, and an interest in remote work. Comfortable using smartphones, online platforms, digital tools, and web-based applications. Seeking opportunities in data entry, content writing, virtual assistance, research, and other entry-level remote roles.</w:t>
      </w:r>
    </w:p>
    <w:p>
      <w:pPr>
        <w:pStyle w:val="Heading1"/>
      </w:pPr>
      <w:r>
        <w:t>CORE SKILLS</w:t>
      </w:r>
    </w:p>
    <w:p>
      <w:pPr>
        <w:pStyle w:val="ListBullet"/>
      </w:pPr>
      <w:r>
        <w:t>Data entry and typing</w:t>
      </w:r>
    </w:p>
    <w:p>
      <w:pPr>
        <w:pStyle w:val="ListBullet"/>
      </w:pPr>
      <w:r>
        <w:t>Internet research</w:t>
      </w:r>
    </w:p>
    <w:p>
      <w:pPr>
        <w:pStyle w:val="ListBullet"/>
      </w:pPr>
      <w:r>
        <w:t>Written communication</w:t>
      </w:r>
    </w:p>
    <w:p>
      <w:pPr>
        <w:pStyle w:val="ListBullet"/>
      </w:pPr>
      <w:r>
        <w:t>Proofreading and attention to detail</w:t>
      </w:r>
    </w:p>
    <w:p>
      <w:pPr>
        <w:pStyle w:val="ListBullet"/>
      </w:pPr>
      <w:r>
        <w:t>Basic content writing</w:t>
      </w:r>
    </w:p>
    <w:p>
      <w:pPr>
        <w:pStyle w:val="ListBullet"/>
      </w:pPr>
      <w:r>
        <w:t>Basic graphic design</w:t>
      </w:r>
    </w:p>
    <w:p>
      <w:pPr>
        <w:pStyle w:val="ListBullet"/>
      </w:pPr>
      <w:r>
        <w:t>Google Docs and Microsoft Office</w:t>
      </w:r>
    </w:p>
    <w:p>
      <w:pPr>
        <w:pStyle w:val="ListBullet"/>
      </w:pPr>
      <w:r>
        <w:t>Social media and online platform use</w:t>
      </w:r>
    </w:p>
    <w:p>
      <w:pPr>
        <w:pStyle w:val="ListBullet"/>
      </w:pPr>
      <w:r>
        <w:t>Time management</w:t>
      </w:r>
    </w:p>
    <w:p>
      <w:pPr>
        <w:pStyle w:val="ListBullet"/>
      </w:pPr>
      <w:r>
        <w:t>Fast learning and adaptability</w:t>
      </w:r>
    </w:p>
    <w:p>
      <w:pPr>
        <w:pStyle w:val="Heading1"/>
      </w:pPr>
      <w:r>
        <w:t>EXPERIENCE</w:t>
      </w:r>
    </w:p>
    <w:p>
      <w:r>
        <w:t>Entry-Level / Independent Projects</w:t>
      </w:r>
    </w:p>
    <w:p>
      <w:r>
        <w:t>Developing practical experience through digital projects, online platforms, content creation, research, and learning-based tasks. Familiar with following online instructions and completing tasks accurately.</w:t>
      </w:r>
    </w:p>
    <w:p>
      <w:pPr>
        <w:pStyle w:val="Heading1"/>
      </w:pPr>
      <w:r>
        <w:t>EDUCATION</w:t>
      </w:r>
    </w:p>
    <w:p>
      <w:r>
        <w:t>Secondary School Education — Nigeria</w:t>
      </w:r>
    </w:p>
    <w:p>
      <w:r>
        <w:t>Further education/admission in progress.</w:t>
      </w:r>
    </w:p>
    <w:p>
      <w:pPr>
        <w:pStyle w:val="Heading1"/>
      </w:pPr>
      <w:r>
        <w:t>ADDITIONAL INFORMATION</w:t>
      </w:r>
    </w:p>
    <w:p>
      <w:r>
        <w:t>Available for entry-level remote and online opportunities.</w:t>
      </w:r>
    </w:p>
    <w:p>
      <w:r>
        <w:t>Languages: English; Igbo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